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</w:r>
    </w:p>
    <w:p>
      <w:pPr>
        <w:bidi w:val="1"/>
        <w:jc w:val="right"/>
      </w:pPr>
      <w:r>
        <w:rPr>
          <w:rFonts w:ascii="Arial" w:hAnsi="Arial" w:cs="Arial"/>
          <w:b/>
          <w:color w:val="2C2FB8"/>
          <w:sz w:val="43"/>
          <w:rtl/>
          <w:szCs w:val="43"/>
          <w:bCs/>
        </w:rPr>
        <w:t>🏅 תעודת השתתפות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מוענקת בהוקרה ל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על השתתפות פעילה בסדנה "🧱 בונים יחידת לימוד דיגיטלית"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תכנון יחידה ללמידה עצמאית, הטמעת משימות פעילות והתאמה ל־9 מסלולים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📅 תאריך: ____________     ⏱️ משך: 90 דקות     ✍️ המנחה: ____________</w:t>
      </w: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907" w:right="1020" w:bottom="907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rial" w:hAnsi="Arial" w:cs="Arial"/>
        <w:b w:val="0"/>
        <w:color w:val="55597A"/>
        <w:sz w:val="18"/>
        <w:rtl/>
        <w:szCs w:val="18"/>
      </w:rPr>
      <w:t>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</w:pPr>
    <w:r>
      <w:rPr>
        <w:rFonts w:ascii="Arial" w:hAnsi="Arial" w:cs="Arial"/>
        <w:b w:val="0"/>
        <w:color w:val="3D3FD6"/>
        <w:sz w:val="18"/>
        <w:rtl/>
        <w:szCs w:val="18"/>
      </w:rPr>
      <w:t>🧱 תעודת השתתפות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